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0" w:line="1020" w:lineRule="atLeast"/>
        <w:jc w:val="center"/>
      </w:pPr>
      <w:r>
        <w:rPr>
          <w:rFonts w:ascii="ＭＳ 明朝" w:hAnsi="ＭＳ 明朝" w:eastAsia="ＭＳ 明朝" w:cs="ＭＳ 明朝"/>
          <w:sz w:val="68"/>
          <w:spacing w:val="475"/>
        </w:rPr>
        <w:t>辞</w:t>
      </w:r>
      <w:r>
        <w:rPr>
          <w:rFonts w:ascii="ＭＳ 明朝" w:hAnsi="ＭＳ 明朝" w:eastAsia="ＭＳ 明朝" w:cs="ＭＳ 明朝"/>
          <w:sz w:val="68"/>
        </w:rPr>
        <w:t>表</w:t>
      </w:r>
    </w:p>
    <w:p>
      <w:pPr>
        <w:sectPr>
          <w:pgSz w:w="5102" w:h="11622"/>
          <w:pgMar w:top="1743" w:right="2013" w:bottom="2906" w:left="2013" w:header="283" w:footer="283" w:gutter="0"/>
          <w:cols w:space="720"/>
          <w:textDirection w:val="tbRl"/>
          <w:docGrid w:linePitch="360"/>
        </w:sectPr>
      </w:pPr>
    </w:p>
    <w:p>
      <w:pPr>
        <w:spacing w:before="0" w:after="0" w:line="300" w:lineRule="atLeast"/>
        <w:jc w:val="right"/>
      </w:pPr>
      <w:r>
        <w:rPr>
          <w:rFonts w:ascii="ＭＳ 明朝" w:hAnsi="ＭＳ 明朝" w:eastAsia="ＭＳ 明朝" w:cs="ＭＳ 明朝"/>
          <w:sz w:val="20"/>
        </w:rPr>
        <w:t>●●部●●課</w:t>
      </w:r>
    </w:p>
    <w:p>
      <w:pPr>
        <w:spacing w:before="0" w:after="0" w:line="390" w:lineRule="atLeast"/>
        <w:jc w:val="right"/>
      </w:pPr>
      <w:r>
        <w:rPr>
          <w:rFonts w:ascii="ＭＳ 明朝" w:hAnsi="ＭＳ 明朝" w:eastAsia="ＭＳ 明朝" w:cs="ＭＳ 明朝"/>
          <w:sz w:val="26"/>
          <w:spacing w:val="40"/>
        </w:rPr>
        <w:t>●●　●</w:t>
      </w:r>
      <w:r>
        <w:rPr>
          <w:rFonts w:ascii="ＭＳ 明朝" w:hAnsi="ＭＳ 明朝" w:eastAsia="ＭＳ 明朝" w:cs="ＭＳ 明朝"/>
          <w:sz w:val="26"/>
        </w:rPr>
        <w:t>●</w:t>
      </w:r>
    </w:p>
    <w:sectPr w:rsidR="00FC693F" w:rsidRPr="0006063C" w:rsidSect="00034616">
      <w:pgSz w:w="5102" w:h="11622"/>
      <w:pgMar w:top="5230" w:right="3590" w:bottom="1162" w:left="765" w:header="283" w:footer="283" w:gutter="0"/>
      <w:cols w:space="720"/>
      <w:textDirection w:val="tbRl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ja-JP" w:eastAsia="ja-JP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ＭＳ 明朝" w:hAnsi="ＭＳ 明朝" w:eastAsia="ＭＳ 明朝" w:cs="ＭＳ 明朝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DocSecurity>0</DocSecurity>
  <ScaleCrop>false</ScaleCrop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辞表の封筒（長形4号）</dc:title>
  <dc:subject/>
  <dc:creator/>
  <cp:keywords/>
  <dc:description/>
  <cp:lastModifiedBy/>
  <cp:revision>1</cp:revision>
  <dcterms:created xsi:type="dcterms:W3CDTF">2026-09-26T00:54:30Z</dcterms:created>
  <dcterms:modified xsi:type="dcterms:W3CDTF">2026-09-26T00:54:30Z</dcterms:modified>
  <cp:category/>
</cp:coreProperties>
</file>